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[YOUR ORGANISATION NAME]</w:t>
      </w:r>
    </w:p>
    <w:p>
      <w:pPr>
        <w:pStyle w:val="Heading1"/>
        <w:jc w:val="center"/>
      </w:pPr>
      <w:r>
        <w:t>Emergency Contact Form</w:t>
      </w:r>
    </w:p>
    <w:p>
      <w:pPr>
        <w:pStyle w:val="IntenseQuote"/>
      </w:pPr>
      <w:r>
        <w:t>Please complete this form before the placement/visit begins. Information will be stored securely and used only in case of emergency.</w:t>
      </w:r>
    </w:p>
    <w:p/>
    <w:p>
      <w:pPr>
        <w:pStyle w:val="Heading2"/>
      </w:pPr>
      <w:r>
        <w:t>Student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Full 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 of Birth: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School: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Home Address: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Dates of Placement: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Emergency Contacts</w:t>
      </w:r>
    </w:p>
    <w:p>
      <w:r>
        <w:t>Please provide at least two emergency contacts.</w:t>
      </w:r>
    </w:p>
    <w:p>
      <w:pPr>
        <w:pStyle w:val="Heading3"/>
      </w:pPr>
      <w:r>
        <w:t>Contact 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Relationship to Student: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Phone Number(s):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Alternative Phone: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3"/>
      </w:pPr>
      <w:r>
        <w:t>Contact 2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Relationship to Student: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Phone Number(s):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Alternative Phone: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Medical Information</w:t>
      </w:r>
    </w:p>
    <w:p>
      <w:r>
        <w:t>Does the student have any medical conditions we should be aware of?</w:t>
      </w:r>
    </w:p>
    <w:p>
      <w:r>
        <w:t>☐ No</w:t>
      </w:r>
    </w:p>
    <w:p>
      <w:r>
        <w:t>☐ Yes (please provide details below)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r>
        <w:t>Does the student take any regular medication?</w:t>
      </w:r>
    </w:p>
    <w:p>
      <w:r>
        <w:t>☐ No</w:t>
      </w:r>
    </w:p>
    <w:p>
      <w:r>
        <w:t>☐ Yes (please provide details below)</w:t>
      </w:r>
    </w:p>
    <w:p>
      <w:r>
        <w:t>________________________________________________________________________________</w:t>
      </w:r>
    </w:p>
    <w:p/>
    <w:p>
      <w:r>
        <w:t>Does the student have any allergies?</w:t>
      </w:r>
    </w:p>
    <w:p>
      <w:r>
        <w:t>☐ No</w:t>
      </w:r>
    </w:p>
    <w:p>
      <w:r>
        <w:t>☐ Yes (please provide details below)</w:t>
      </w:r>
    </w:p>
    <w:p>
      <w:r>
        <w:t>________________________________________________________________________________</w:t>
      </w:r>
    </w:p>
    <w:p/>
    <w:p>
      <w:r>
        <w:t>GP Surgery Name and Phone Number:</w:t>
      </w:r>
    </w:p>
    <w:p>
      <w:r>
        <w:t>____________________________________________________________</w:t>
      </w:r>
    </w:p>
    <w:p/>
    <w:p>
      <w:pPr>
        <w:pStyle w:val="Heading2"/>
      </w:pPr>
      <w:r>
        <w:t>Additional Information</w:t>
      </w:r>
    </w:p>
    <w:p>
      <w:r>
        <w:t>Is there anything else we should know to support this student? (e.g., dietary requirements, additional needs, anxieties)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pPr>
        <w:pStyle w:val="Heading2"/>
      </w:pPr>
      <w:r>
        <w:t>Consent</w:t>
      </w:r>
    </w:p>
    <w:p>
      <w:r>
        <w:t>I confirm that the information provided is accurate and give permission for the organisation to contact the emergency contacts listed above in case of emergency. I understand that medical treatment may be sought if required and I cannot be contacted.</w:t>
      </w:r>
    </w:p>
    <w:p/>
    <w:p>
      <w:r>
        <w:t>Parent/Guardian Name: _________________________________</w:t>
      </w:r>
    </w:p>
    <w:p/>
    <w:p>
      <w:r>
        <w:t>Signature: _________________________ Date: 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