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[YOUR ORGANISATION NAME]</w:t>
      </w:r>
    </w:p>
    <w:p>
      <w:pPr>
        <w:pStyle w:val="Heading1"/>
        <w:jc w:val="center"/>
      </w:pPr>
      <w:r>
        <w:t>Safeguarding Concern / Incident Report Form</w:t>
      </w:r>
    </w:p>
    <w:p>
      <w:pPr>
        <w:pStyle w:val="IntenseQuote"/>
      </w:pPr>
      <w:r>
        <w:t>Use this form to record any safeguarding concerns about a young person. Complete as soon as possible after the concern arises and pass to the Designated Safeguarding Lead.</w:t>
      </w:r>
    </w:p>
    <w:p/>
    <w:p>
      <w:pPr>
        <w:pStyle w:val="Heading2"/>
      </w:pPr>
      <w:r>
        <w:t>Report Details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Date of Report: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Time of Report: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Report Completed by: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Role/Position:</w:t>
            </w:r>
          </w:p>
        </w:tc>
        <w:tc>
          <w:tcPr>
            <w:tcW w:type="dxa" w:w="4320"/>
          </w:tcPr>
          <w:p/>
        </w:tc>
      </w:tr>
    </w:tbl>
    <w:p/>
    <w:p>
      <w:pPr>
        <w:pStyle w:val="Heading2"/>
      </w:pPr>
      <w:r>
        <w:t>Details of Young Person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Name: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Age/Date of Birth: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School: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Date(s) of Placement/Visit:</w:t>
            </w:r>
          </w:p>
        </w:tc>
        <w:tc>
          <w:tcPr>
            <w:tcW w:type="dxa" w:w="4320"/>
          </w:tcPr>
          <w:p/>
        </w:tc>
      </w:tr>
    </w:tbl>
    <w:p/>
    <w:p>
      <w:pPr>
        <w:pStyle w:val="Heading2"/>
      </w:pPr>
      <w:r>
        <w:t>Details of Concern</w:t>
      </w:r>
    </w:p>
    <w:p>
      <w:r>
        <w:t>Date and time concern arose:</w:t>
      </w:r>
    </w:p>
    <w:p>
      <w:r>
        <w:t>____________________________________________________________</w:t>
      </w:r>
    </w:p>
    <w:p/>
    <w:p>
      <w:r>
        <w:t>Location:</w:t>
      </w:r>
    </w:p>
    <w:p>
      <w:r>
        <w:t>____________________________________________________________</w:t>
      </w:r>
    </w:p>
    <w:p/>
    <w:p>
      <w:r>
        <w:t>Describe what happened or what you observed. If the young person disclosed something, record their words as accurately as possible: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/>
    <w:p>
      <w:r>
        <w:t>Were there any witnesses? If yes, provide names:</w:t>
      </w:r>
    </w:p>
    <w:p>
      <w:r>
        <w:t>____________________________________________________________</w:t>
      </w:r>
    </w:p>
    <w:p/>
    <w:p>
      <w:r>
        <w:t>Did you notice any physical signs or changes in behaviour?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/>
    <w:p>
      <w:pPr>
        <w:pStyle w:val="Heading2"/>
      </w:pPr>
      <w:r>
        <w:t>Actions Taken</w:t>
      </w:r>
    </w:p>
    <w:p>
      <w:r>
        <w:t>What actions have been taken so far?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/>
    <w:p>
      <w:r>
        <w:t>Has anyone else been informed? (e.g., school, parents, police)</w:t>
      </w:r>
    </w:p>
    <w:p>
      <w:r>
        <w:t>____________________________________________________________</w:t>
      </w:r>
    </w:p>
    <w:p/>
    <w:p>
      <w:pPr>
        <w:pStyle w:val="Heading2"/>
      </w:pPr>
      <w:r>
        <w:t>For Designated Safeguarding Lead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Date received: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Received by: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Action taken: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Referral made to: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Date of referral:</w:t>
            </w:r>
          </w:p>
        </w:tc>
        <w:tc>
          <w:tcPr>
            <w:tcW w:type="dxa" w:w="4320"/>
          </w:tcPr>
          <w:p/>
        </w:tc>
      </w:tr>
    </w:tbl>
    <w:p/>
    <w:p>
      <w:r>
        <w:t>Additional notes: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/>
    <w:p>
      <w:r>
        <w:t>DSL Signature: _________________ Date: _________________</w:t>
      </w:r>
    </w:p>
    <w:p/>
    <w:p>
      <w:pPr>
        <w:pStyle w:val="IntenseQuote"/>
      </w:pPr>
      <w:r>
        <w:t>CONFIDENTIAL: This form contains sensitive information and should be stored securely.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