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[YOUR ORGANISATION NAME]</w:t>
      </w:r>
    </w:p>
    <w:p>
      <w:pPr>
        <w:pStyle w:val="Heading1"/>
        <w:jc w:val="center"/>
      </w:pPr>
      <w:r>
        <w:t>Student/Visitor Induction Checklist</w:t>
      </w:r>
    </w:p>
    <w:p>
      <w:pPr>
        <w:pStyle w:val="Heading2"/>
      </w:pPr>
      <w:r>
        <w:t>Visitor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School/Organisation: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 of Visit: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Expected Duration: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Supervisor/Host: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Induction Checklist</w:t>
      </w:r>
    </w:p>
    <w:p>
      <w:r>
        <w:t>Please tick each item when completed:</w:t>
      </w:r>
    </w:p>
    <w:p>
      <w:pPr>
        <w:pStyle w:val="Heading3"/>
      </w:pPr>
      <w:r>
        <w:t>Welcome &amp; Orientation</w:t>
      </w:r>
    </w:p>
    <w:p>
      <w:r>
        <w:rPr>
          <w:b/>
        </w:rPr>
        <w:t xml:space="preserve">☐  </w:t>
      </w:r>
      <w:r>
        <w:t>Welcomed and introduced to key staff</w:t>
      </w:r>
    </w:p>
    <w:p>
      <w:r>
        <w:rPr>
          <w:b/>
        </w:rPr>
        <w:t xml:space="preserve">☐  </w:t>
      </w:r>
      <w:r>
        <w:t>Given tour of relevant areas</w:t>
      </w:r>
    </w:p>
    <w:p>
      <w:r>
        <w:rPr>
          <w:b/>
        </w:rPr>
        <w:t xml:space="preserve">☐  </w:t>
      </w:r>
      <w:r>
        <w:t>Shown location of toilets and rest areas</w:t>
      </w:r>
    </w:p>
    <w:p>
      <w:r>
        <w:rPr>
          <w:b/>
        </w:rPr>
        <w:t xml:space="preserve">☐  </w:t>
      </w:r>
      <w:r>
        <w:t>Explained lunch/break arrangements</w:t>
      </w:r>
    </w:p>
    <w:p>
      <w:r>
        <w:rPr>
          <w:b/>
        </w:rPr>
        <w:t xml:space="preserve">☐  </w:t>
      </w:r>
      <w:r>
        <w:t>Provided with visitor badge/ID</w:t>
      </w:r>
    </w:p>
    <w:p>
      <w:pPr>
        <w:pStyle w:val="Heading3"/>
      </w:pPr>
      <w:r>
        <w:t>Health &amp; Safety</w:t>
      </w:r>
    </w:p>
    <w:p>
      <w:r>
        <w:rPr>
          <w:b/>
        </w:rPr>
        <w:t xml:space="preserve">☐  </w:t>
      </w:r>
      <w:r>
        <w:t>Fire evacuation procedure explained</w:t>
      </w:r>
    </w:p>
    <w:p>
      <w:r>
        <w:rPr>
          <w:b/>
        </w:rPr>
        <w:t xml:space="preserve">☐  </w:t>
      </w:r>
      <w:r>
        <w:t>Fire exits and assembly points shown</w:t>
      </w:r>
    </w:p>
    <w:p>
      <w:r>
        <w:rPr>
          <w:b/>
        </w:rPr>
        <w:t xml:space="preserve">☐  </w:t>
      </w:r>
      <w:r>
        <w:t>First aid facilities and first aiders identified</w:t>
      </w:r>
    </w:p>
    <w:p>
      <w:r>
        <w:rPr>
          <w:b/>
        </w:rPr>
        <w:t xml:space="preserve">☐  </w:t>
      </w:r>
      <w:r>
        <w:t>Relevant hazards explained</w:t>
      </w:r>
    </w:p>
    <w:p>
      <w:r>
        <w:rPr>
          <w:b/>
        </w:rPr>
        <w:t xml:space="preserve">☐  </w:t>
      </w:r>
      <w:r>
        <w:t>PPE requirements explained (if applicable)</w:t>
      </w:r>
    </w:p>
    <w:p>
      <w:r>
        <w:rPr>
          <w:b/>
        </w:rPr>
        <w:t xml:space="preserve">☐  </w:t>
      </w:r>
      <w:r>
        <w:t>Accident/incident reporting procedure explained</w:t>
      </w:r>
    </w:p>
    <w:p>
      <w:pPr>
        <w:pStyle w:val="Heading3"/>
      </w:pPr>
      <w:r>
        <w:t>Security</w:t>
      </w:r>
    </w:p>
    <w:p>
      <w:r>
        <w:rPr>
          <w:b/>
        </w:rPr>
        <w:t xml:space="preserve">☐  </w:t>
      </w:r>
      <w:r>
        <w:t>Sign-in/sign-out procedure explained</w:t>
      </w:r>
    </w:p>
    <w:p>
      <w:r>
        <w:rPr>
          <w:b/>
        </w:rPr>
        <w:t xml:space="preserve">☐  </w:t>
      </w:r>
      <w:r>
        <w:t>Restricted areas identified</w:t>
      </w:r>
    </w:p>
    <w:p>
      <w:r>
        <w:rPr>
          <w:b/>
        </w:rPr>
        <w:t xml:space="preserve">☐  </w:t>
      </w:r>
      <w:r>
        <w:t>Visitor badge to be worn at all times</w:t>
      </w:r>
    </w:p>
    <w:p>
      <w:r>
        <w:rPr>
          <w:b/>
        </w:rPr>
        <w:t xml:space="preserve">☐  </w:t>
      </w:r>
      <w:r>
        <w:t>Mobile phone policy explained</w:t>
      </w:r>
    </w:p>
    <w:p>
      <w:pPr>
        <w:pStyle w:val="Heading3"/>
      </w:pPr>
      <w:r>
        <w:t>Expectations</w:t>
      </w:r>
    </w:p>
    <w:p>
      <w:r>
        <w:rPr>
          <w:b/>
        </w:rPr>
        <w:t xml:space="preserve">☐  </w:t>
      </w:r>
      <w:r>
        <w:t>Working hours/schedule explained</w:t>
      </w:r>
    </w:p>
    <w:p>
      <w:r>
        <w:rPr>
          <w:b/>
        </w:rPr>
        <w:t xml:space="preserve">☐  </w:t>
      </w:r>
      <w:r>
        <w:t>Dress code explained</w:t>
      </w:r>
    </w:p>
    <w:p>
      <w:r>
        <w:rPr>
          <w:b/>
        </w:rPr>
        <w:t xml:space="preserve">☐  </w:t>
      </w:r>
      <w:r>
        <w:t>Behaviour expectations discussed</w:t>
      </w:r>
    </w:p>
    <w:p>
      <w:r>
        <w:rPr>
          <w:b/>
        </w:rPr>
        <w:t xml:space="preserve">☐  </w:t>
      </w:r>
      <w:r>
        <w:t>Confidentiality requirements explained</w:t>
      </w:r>
    </w:p>
    <w:p>
      <w:r>
        <w:rPr>
          <w:b/>
        </w:rPr>
        <w:t xml:space="preserve">☐  </w:t>
      </w:r>
      <w:r>
        <w:t>Who to contact if problems arise</w:t>
      </w:r>
    </w:p>
    <w:p>
      <w:pPr>
        <w:pStyle w:val="Heading3"/>
      </w:pPr>
      <w:r>
        <w:t>Safeguarding</w:t>
      </w:r>
    </w:p>
    <w:p>
      <w:r>
        <w:rPr>
          <w:b/>
        </w:rPr>
        <w:t xml:space="preserve">☐  </w:t>
      </w:r>
      <w:r>
        <w:t>Designated Safeguarding Lead introduced/identified</w:t>
      </w:r>
    </w:p>
    <w:p>
      <w:r>
        <w:rPr>
          <w:b/>
        </w:rPr>
        <w:t xml:space="preserve">☐  </w:t>
      </w:r>
      <w:r>
        <w:t>How to report concerns explained</w:t>
      </w:r>
    </w:p>
    <w:p>
      <w:r>
        <w:rPr>
          <w:b/>
        </w:rPr>
        <w:t xml:space="preserve">☐  </w:t>
      </w:r>
      <w:r>
        <w:t>Emergency contact details provided</w:t>
      </w:r>
    </w:p>
    <w:p/>
    <w:p>
      <w:pPr>
        <w:pStyle w:val="Heading2"/>
      </w:pPr>
      <w:r>
        <w:t>Sign-off</w:t>
      </w:r>
    </w:p>
    <w:p>
      <w:r>
        <w:t>I confirm that I have received this induction and understand the information provided.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>
              <w:rPr>
                <w:b/>
              </w:rPr>
              <w:t>Name &amp; Signature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2880"/>
          </w:tcPr>
          <w:p>
            <w:r>
              <w:t>Visitor/Student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Supervisor/Host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