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[YOUR ORGANISATION NAME]</w:t>
      </w:r>
    </w:p>
    <w:p>
      <w:pPr>
        <w:pStyle w:val="Heading1"/>
        <w:jc w:val="center"/>
      </w:pPr>
      <w:r>
        <w:t>Parental/Guardian Consent Form</w:t>
      </w:r>
    </w:p>
    <w:p>
      <w:pPr>
        <w:pStyle w:val="IntenseQuote"/>
      </w:pPr>
      <w:r>
        <w:t>This form must be completed by a parent or guardian for any student under 18 years of age.</w:t>
      </w:r>
    </w:p>
    <w:p/>
    <w:p>
      <w:pPr>
        <w:pStyle w:val="Heading2"/>
      </w:pPr>
      <w:r>
        <w:t>Activity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Activity/Placement: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Location: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Date(s):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Times: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Supervisor Name: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Student Details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Student 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 of Birth: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School: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Year Group: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Consent</w:t>
      </w:r>
    </w:p>
    <w:p>
      <w:r>
        <w:t>Please tick to confirm:</w:t>
      </w:r>
    </w:p>
    <w:p>
      <w:r>
        <w:rPr>
          <w:b/>
        </w:rPr>
        <w:t xml:space="preserve">☐  </w:t>
      </w:r>
      <w:r>
        <w:t>I give permission for my child to participate in the activity/placement detailed above</w:t>
      </w:r>
    </w:p>
    <w:p>
      <w:r>
        <w:rPr>
          <w:b/>
        </w:rPr>
        <w:t xml:space="preserve">☐  </w:t>
      </w:r>
      <w:r>
        <w:t>I have read and understood the information provided about this activity</w:t>
      </w:r>
    </w:p>
    <w:p>
      <w:r>
        <w:rPr>
          <w:b/>
        </w:rPr>
        <w:t xml:space="preserve">☐  </w:t>
      </w:r>
      <w:r>
        <w:t>I confirm that my child is fit and healthy to participate</w:t>
      </w:r>
    </w:p>
    <w:p>
      <w:r>
        <w:rPr>
          <w:b/>
        </w:rPr>
        <w:t xml:space="preserve">☐  </w:t>
      </w:r>
      <w:r>
        <w:t>I consent to my child receiving emergency medical treatment if required and I cannot be contacted</w:t>
      </w:r>
    </w:p>
    <w:p>
      <w:r>
        <w:rPr>
          <w:b/>
        </w:rPr>
        <w:t xml:space="preserve">☐  </w:t>
      </w:r>
      <w:r>
        <w:t>I give permission for my child to travel to/from the venue (delete as appropriate: independently / must be accompanied)</w:t>
      </w:r>
    </w:p>
    <w:p/>
    <w:p>
      <w:pPr>
        <w:pStyle w:val="Heading2"/>
      </w:pPr>
      <w:r>
        <w:t>Photography Consent (Optional)</w:t>
      </w:r>
    </w:p>
    <w:p>
      <w:r>
        <w:t>The organisation may wish to take photographs during the activity for use in:</w:t>
      </w:r>
    </w:p>
    <w:p>
      <w:r>
        <w:t>• Internal records and reports</w:t>
      </w:r>
    </w:p>
    <w:p>
      <w:r>
        <w:t>• Social media and website</w:t>
      </w:r>
    </w:p>
    <w:p>
      <w:r>
        <w:t>• Marketing materials</w:t>
      </w:r>
    </w:p>
    <w:p/>
    <w:p>
      <w:r>
        <w:t>I give permission for photographs to be taken and used as described:</w:t>
      </w:r>
    </w:p>
    <w:p>
      <w:r>
        <w:t>☐ Yes, I give permission</w:t>
      </w:r>
    </w:p>
    <w:p>
      <w:r>
        <w:t>☐ No, I do not give permission</w:t>
      </w:r>
    </w:p>
    <w:p/>
    <w:p>
      <w:pPr>
        <w:pStyle w:val="Heading2"/>
      </w:pPr>
      <w:r>
        <w:t>Emergency Contact During Activity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Relationship: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Phone Number:</w:t>
            </w:r>
          </w:p>
        </w:tc>
        <w:tc>
          <w:tcPr>
            <w:tcW w:type="dxa" w:w="4320"/>
          </w:tcPr>
          <w:p/>
        </w:tc>
      </w:tr>
    </w:tbl>
    <w:p/>
    <w:p>
      <w:pPr>
        <w:pStyle w:val="Heading2"/>
      </w:pPr>
      <w:r>
        <w:t>Medical Information</w:t>
      </w:r>
    </w:p>
    <w:p>
      <w:r>
        <w:t>Please provide details of any medical conditions, allergies, or additional needs: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>
      <w:r>
        <w:t>________________________________________________________________________________</w:t>
      </w:r>
    </w:p>
    <w:p/>
    <w:p>
      <w:pPr>
        <w:pStyle w:val="Heading2"/>
      </w:pPr>
      <w:r>
        <w:t>Declaration</w:t>
      </w:r>
    </w:p>
    <w:p>
      <w:r>
        <w:t>I confirm that I am the parent/guardian of the student named above and have the authority to give this consent. I confirm that the information provided is accurate to the best of my knowledge.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Parent/Guardian Name: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Relationship to Student: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Signature: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Date:</w:t>
            </w:r>
          </w:p>
        </w:tc>
        <w:tc>
          <w:tcPr>
            <w:tcW w:type="dxa" w:w="4320"/>
          </w:tcPr>
          <w:p/>
        </w:tc>
      </w:tr>
      <w:tr>
        <w:tc>
          <w:tcPr>
            <w:tcW w:type="dxa" w:w="4320"/>
          </w:tcPr>
          <w:p>
            <w:r>
              <w:t>Contact Phone:</w:t>
            </w:r>
          </w:p>
        </w:tc>
        <w:tc>
          <w:tcPr>
            <w:tcW w:type="dxa" w:w="4320"/>
          </w:tcPr>
          <w:p/>
        </w:tc>
      </w:tr>
    </w:tbl>
    <w:p/>
    <w:p>
      <w:pPr>
        <w:pStyle w:val="IntenseQuote"/>
      </w:pPr>
      <w:r>
        <w:t>Please return this form to the school/organisation before the activity date.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rial" w:hAnsi="Arial"/>
      <w:b/>
      <w:bCs/>
      <w:color w:val="4F81BD" w:themeColor="accen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